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E0891" w14:textId="77777777" w:rsidR="000872ED" w:rsidRPr="00BF6B66" w:rsidRDefault="00000000">
      <w:pPr>
        <w:jc w:val="center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b/>
          <w:color w:val="1F4E79"/>
          <w:sz w:val="40"/>
          <w:lang w:eastAsia="ko-KR"/>
        </w:rPr>
        <w:t>취업용 자기소개서 재료 입력폼</w:t>
      </w:r>
    </w:p>
    <w:p w14:paraId="27CB74F3" w14:textId="77777777" w:rsidR="000872ED" w:rsidRPr="00BF6B66" w:rsidRDefault="00000000">
      <w:pPr>
        <w:spacing w:after="240"/>
        <w:jc w:val="center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b/>
          <w:color w:val="666666"/>
          <w:sz w:val="22"/>
          <w:lang w:eastAsia="ko-KR"/>
        </w:rPr>
        <w:t>AI 자기소개서 초안 생성을 위한 경험 정리표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0872ED" w:rsidRPr="00BF6B66" w14:paraId="398EC5A8" w14:textId="77777777">
        <w:trPr>
          <w:jc w:val="center"/>
        </w:trPr>
        <w:tc>
          <w:tcPr>
            <w:tcW w:w="1020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</w:tcPr>
          <w:p w14:paraId="435252B0" w14:textId="77777777" w:rsidR="000872ED" w:rsidRPr="00BF6B66" w:rsidRDefault="00000000">
            <w:pPr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22"/>
                <w:lang w:eastAsia="ko-KR"/>
              </w:rPr>
              <w:t>작성 목적</w:t>
            </w:r>
          </w:p>
          <w:p w14:paraId="483AFD8F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sz w:val="18"/>
                <w:lang w:eastAsia="ko-KR"/>
              </w:rPr>
              <w:t>• 이 문서는 자기소개서 완성본을 바로 작성하는 양식이 아닙니다.</w:t>
            </w:r>
          </w:p>
          <w:p w14:paraId="1A1E25B4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sz w:val="18"/>
                <w:lang w:eastAsia="ko-KR"/>
              </w:rPr>
              <w:t>• 본인의 경험, 역할, 생각을 정리하여 AI 자기소개서 초안과 취업지원 상담에 활용하기 위한 입력폼입니다.</w:t>
            </w:r>
          </w:p>
          <w:p w14:paraId="11991A33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sz w:val="18"/>
                <w:lang w:eastAsia="ko-KR"/>
              </w:rPr>
              <w:t>• 문장을 예쁘게 쓰는 것보다 실제 경험을 구체적으로 작성하는 것이 중요합니다.</w:t>
            </w:r>
          </w:p>
        </w:tc>
      </w:tr>
    </w:tbl>
    <w:p w14:paraId="3541A189" w14:textId="77777777" w:rsidR="000872ED" w:rsidRPr="00BF6B66" w:rsidRDefault="000872ED">
      <w:pPr>
        <w:spacing w:after="40"/>
        <w:rPr>
          <w:rFonts w:ascii="한컴 고딕" w:eastAsia="한컴 고딕" w:hAnsi="한컴 고딕"/>
          <w:lang w:eastAsia="ko-KR"/>
        </w:rPr>
      </w:pPr>
    </w:p>
    <w:p w14:paraId="31DEE700" w14:textId="77777777" w:rsidR="000872ED" w:rsidRPr="00BF6B66" w:rsidRDefault="00000000">
      <w:pPr>
        <w:spacing w:after="8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b/>
          <w:color w:val="1F4E79"/>
          <w:sz w:val="28"/>
          <w:lang w:eastAsia="ko-KR"/>
        </w:rPr>
        <w:t>작성조건</w:t>
      </w:r>
    </w:p>
    <w:p w14:paraId="4F50C9DC" w14:textId="77777777" w:rsidR="000872ED" w:rsidRPr="00BF6B66" w:rsidRDefault="00000000">
      <w:pPr>
        <w:spacing w:after="4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sz w:val="18"/>
          <w:lang w:eastAsia="ko-KR"/>
        </w:rPr>
        <w:t>□ 완성된 문장보다 키워드와 실제 경험 중심으로 작성해주세요.</w:t>
      </w:r>
    </w:p>
    <w:p w14:paraId="695CD51C" w14:textId="77777777" w:rsidR="000872ED" w:rsidRPr="00BF6B66" w:rsidRDefault="00000000">
      <w:pPr>
        <w:spacing w:after="4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sz w:val="18"/>
          <w:lang w:eastAsia="ko-KR"/>
        </w:rPr>
        <w:t>□ 본인이 직접 경험했고 면접에서 설명할 수 있는 내용만 작성해주세요.</w:t>
      </w:r>
    </w:p>
    <w:p w14:paraId="29688B5C" w14:textId="77777777" w:rsidR="000872ED" w:rsidRPr="00BF6B66" w:rsidRDefault="00000000">
      <w:pPr>
        <w:spacing w:after="4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sz w:val="18"/>
          <w:lang w:eastAsia="ko-KR"/>
        </w:rPr>
        <w:t>□ 과장된 표현, 허위 경험, 본인이 하지 않은 역할은 작성하지 마세요.</w:t>
      </w:r>
    </w:p>
    <w:p w14:paraId="2AB70963" w14:textId="77777777" w:rsidR="000872ED" w:rsidRPr="00BF6B66" w:rsidRDefault="00000000">
      <w:pPr>
        <w:spacing w:after="4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sz w:val="18"/>
          <w:lang w:eastAsia="ko-KR"/>
        </w:rPr>
        <w:t>□ 업무·프로젝트·활동 경험은 본인의 역할, 활용한 역량(기술·도구), 문제 상황, 해결 행동, 결과를 최대한 구체적으로 작성해주세요.</w:t>
      </w:r>
    </w:p>
    <w:p w14:paraId="4AEFE0F3" w14:textId="77777777" w:rsidR="000872ED" w:rsidRPr="00BF6B66" w:rsidRDefault="00000000">
      <w:pPr>
        <w:spacing w:after="4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sz w:val="18"/>
          <w:lang w:eastAsia="ko-KR"/>
        </w:rPr>
        <w:t>□ 답변은 항목별 2~5줄 정도를 권장합니다. 팀 활동·협업 경험은 5줄 이상 작성하면 좋습니다.</w:t>
      </w:r>
    </w:p>
    <w:p w14:paraId="4DFB1C18" w14:textId="77777777" w:rsidR="000872ED" w:rsidRPr="00BF6B66" w:rsidRDefault="00000000">
      <w:pPr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lang w:eastAsia="ko-KR"/>
        </w:rPr>
        <w:br w:type="page"/>
      </w:r>
    </w:p>
    <w:p w14:paraId="35719D82" w14:textId="77777777" w:rsidR="000872ED" w:rsidRPr="00BF6B66" w:rsidRDefault="00000000">
      <w:pPr>
        <w:spacing w:after="6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b/>
          <w:color w:val="1F4E79"/>
          <w:sz w:val="28"/>
          <w:lang w:eastAsia="ko-KR"/>
        </w:rPr>
        <w:lastRenderedPageBreak/>
        <w:t>1. 기본정보</w:t>
      </w:r>
    </w:p>
    <w:p w14:paraId="62B4676E" w14:textId="77777777" w:rsidR="000872ED" w:rsidRPr="00BF6B66" w:rsidRDefault="00000000">
      <w:pPr>
        <w:spacing w:after="12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color w:val="555555"/>
          <w:sz w:val="18"/>
          <w:lang w:eastAsia="ko-KR"/>
        </w:rPr>
        <w:t>지원 직무와 보유 역량을 확인하기 위한 항목입니다.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953"/>
      </w:tblGrid>
      <w:tr w:rsidR="000872ED" w:rsidRPr="00BF6B66" w14:paraId="4DE8320C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3DF0D3AF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b/>
                <w:sz w:val="18"/>
              </w:rPr>
              <w:t>1. 이름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6971AB3" w14:textId="0805357A" w:rsidR="000872ED" w:rsidRPr="00BF6B66" w:rsidRDefault="00BF6B66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 w:hint="eastAsia"/>
                <w:lang w:eastAsia="ko-KR"/>
              </w:rPr>
              <w:t xml:space="preserve">- </w:t>
            </w:r>
          </w:p>
        </w:tc>
      </w:tr>
      <w:tr w:rsidR="000872ED" w:rsidRPr="00BF6B66" w14:paraId="33127894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5FD4DB36" w14:textId="0DA381F6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</w:rPr>
              <w:t>2. 교육과정명 또는 전공·경력 분야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E18C8B6" w14:textId="27443574" w:rsidR="000872ED" w:rsidRDefault="00000000" w:rsidP="00BF6B66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 xml:space="preserve">예: 사무행정 실무과정, 회계 전문과정, 디자인 양성과정, 컴퓨터공학 전공, 영업·서비스 경력 등</w:t>
            </w:r>
          </w:p>
          <w:p w14:paraId="5AD83267" w14:textId="23EFD327" w:rsidR="00BF6B66" w:rsidRPr="00BF6B66" w:rsidRDefault="00BF6B66" w:rsidP="00BF6B66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 w:hint="eastAsia"/>
                <w:lang w:eastAsia="ko-KR"/>
              </w:rPr>
              <w:t>-</w:t>
            </w:r>
          </w:p>
        </w:tc>
      </w:tr>
      <w:tr w:rsidR="000872ED" w:rsidRPr="00BF6B66" w14:paraId="30979E8D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66A89377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b/>
                <w:sz w:val="18"/>
              </w:rPr>
              <w:t>3. 희망 직무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5DE0EE6" w14:textId="77777777" w:rsidR="000872ED" w:rsidRDefault="00000000" w:rsidP="00BF6B66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사무행정, 회계·경리, 마케팅, 영업, 디자인, 개발, 고객서비스, 생산·품질관리 등</w:t>
            </w:r>
          </w:p>
          <w:p w14:paraId="5F508F55" w14:textId="72EE6C09" w:rsidR="00BF6B66" w:rsidRPr="00BF6B66" w:rsidRDefault="00BF6B66" w:rsidP="00BF6B66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 w:hint="eastAsia"/>
                <w:lang w:eastAsia="ko-KR"/>
              </w:rPr>
              <w:t>-</w:t>
            </w:r>
          </w:p>
        </w:tc>
      </w:tr>
      <w:tr w:rsidR="000872ED" w:rsidRPr="00BF6B66" w14:paraId="777CAA86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43AA4590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b/>
                <w:sz w:val="18"/>
              </w:rPr>
              <w:t>4. 보유 역량 (기술·자격·도구)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63B83F2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</w:rPr>
              <w:t>예: 엑셀·PPT·한글, 포토샵, 외국어, 운전, 관련 자격증, 프로그래밍 언어 등</w:t>
            </w:r>
          </w:p>
          <w:p w14:paraId="6441C490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4A1EA6A6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4EBFC15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3C3279EF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65FC5AFF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04A6DBAE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5. 가장 자신 있는 역량 또는 실무 경험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0466593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문서 작성, 고객 응대, 데이터 정리, 기획·제안, 현장 업무, 결과물 제작 등</w:t>
            </w:r>
          </w:p>
          <w:p w14:paraId="416F4D7C" w14:textId="4AF727DE" w:rsidR="000872ED" w:rsidRPr="00BF6B66" w:rsidRDefault="00BF6B66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 w:hint="eastAsia"/>
                <w:color w:val="000000" w:themeColor="text1"/>
                <w:sz w:val="16"/>
                <w:lang w:eastAsia="ko-KR"/>
              </w:rPr>
              <w:t>-</w:t>
            </w:r>
          </w:p>
        </w:tc>
      </w:tr>
      <w:tr w:rsidR="000872ED" w:rsidRPr="00BF6B66" w14:paraId="60DF82D8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1D3BD762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6. 희망 근무 분야 또는 관심 산업군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BC28FEA" w14:textId="070925A0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제조, 금융, 유통·서비스, 교육, 공공기관, 스타트업, 중견·대기업 등</w:t>
            </w:r>
            <w:r>
              <w:rPr>
                <w:rFonts w:ascii="한컴 고딕" w:eastAsia="한컴 고딕" w:hAnsi="한컴 고딕" w:hint="eastAsia"/>
                <w:color w:val="6E6E6E"/>
                <w:sz w:val="16"/>
                <w:lang w:eastAsia="ko-KR"/>
              </w:rPr>
              <w:t xml:space="preserve"> </w:t>
            </w: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/>
            </w:r>
          </w:p>
          <w:p w14:paraId="1217B829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3300C08E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3EE7E240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</w:tbl>
    <w:p w14:paraId="4897391F" w14:textId="77777777" w:rsidR="000872ED" w:rsidRPr="00BF6B66" w:rsidRDefault="00000000">
      <w:pPr>
        <w:rPr>
          <w:rFonts w:ascii="한컴 고딕" w:eastAsia="한컴 고딕" w:hAnsi="한컴 고딕"/>
        </w:rPr>
      </w:pPr>
      <w:r>
        <w:rPr>
          <w:rFonts w:ascii="한컴 고딕" w:eastAsia="한컴 고딕" w:hAnsi="한컴 고딕"/>
        </w:rPr>
        <w:br w:type="page"/>
      </w:r>
    </w:p>
    <w:p w14:paraId="6C772B1B" w14:textId="77777777" w:rsidR="000872ED" w:rsidRPr="00BF6B66" w:rsidRDefault="00000000">
      <w:pPr>
        <w:spacing w:after="60"/>
        <w:rPr>
          <w:rFonts w:ascii="한컴 고딕" w:eastAsia="한컴 고딕" w:hAnsi="한컴 고딕"/>
        </w:rPr>
      </w:pPr>
      <w:r>
        <w:rPr>
          <w:rFonts w:ascii="한컴 고딕" w:eastAsia="한컴 고딕" w:hAnsi="한컴 고딕"/>
          <w:b/>
          <w:color w:val="1F4E79"/>
          <w:sz w:val="28"/>
        </w:rPr>
        <w:lastRenderedPageBreak/>
        <w:t>2. 성장배경</w:t>
      </w:r>
    </w:p>
    <w:p w14:paraId="32BDAAA3" w14:textId="77777777" w:rsidR="000872ED" w:rsidRPr="00BF6B66" w:rsidRDefault="00000000">
      <w:pPr>
        <w:spacing w:after="12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color w:val="555555"/>
          <w:sz w:val="18"/>
          <w:lang w:eastAsia="ko-KR"/>
        </w:rPr>
        <w:t>어린 시절 이야기를 길게 쓰는 항목이 아닙니다. 현재의 가치관과 직무 준비 과정에서 드러난 태도를 연결해 작성해주세요.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953"/>
      </w:tblGrid>
      <w:tr w:rsidR="000872ED" w:rsidRPr="00BF6B66" w14:paraId="06A32138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3148048F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1. 본인이 가장 중요하게 생각하는 가치관은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2E3B785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꾸준함, 책임감, 성실함, 문제해결력, 소통, 도전정신</w:t>
            </w:r>
          </w:p>
          <w:p w14:paraId="213EF0A8" w14:textId="35745474" w:rsidR="000872ED" w:rsidRPr="00BF6B66" w:rsidRDefault="00BF6B66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 w:hint="eastAsia"/>
                <w:color w:val="000000" w:themeColor="text1"/>
                <w:sz w:val="16"/>
                <w:lang w:eastAsia="ko-KR"/>
              </w:rPr>
              <w:t>-</w:t>
            </w:r>
          </w:p>
        </w:tc>
      </w:tr>
      <w:tr w:rsidR="000872ED" w:rsidRPr="00BF6B66" w14:paraId="59830D65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3B3E200F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2. 그 가치관을 갖게 된 계기나 경험은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960BA90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아르바이트, 이전 직장, 학업, 군대, 가족, 개인 경험 등</w:t>
            </w:r>
          </w:p>
          <w:p w14:paraId="6EE1FB5B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6E74B21D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DE1FDA5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31CC6734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99FFB94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58F02F3F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13A5B11D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3. 교육·학업·직무 준비 과정 중 그 가치관이 드러난 경험이 있었나요?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6885BB5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매일 복습함, 어려운 문제를 포기하지 않음, 팀원과 역할을 나눔 등</w:t>
            </w:r>
          </w:p>
          <w:p w14:paraId="4833151B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6ABD8B4A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49597F6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79F3786D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C5FF96B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7CA7C6DB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115178A1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4. 그 가치관이 희망 직무를 수행할 때 어떤 강점이 될 수 있다고 생각하나요?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D8D6BD0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맡은 일을 끝까지 책임지는 태도, 문제의 원인을 찾는 끈기 등</w:t>
            </w:r>
          </w:p>
          <w:p w14:paraId="356DF4A9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64FD906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045AF05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C58259D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15D5E7A8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4B84C30F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5. 본인을 한 문장으로 표현한다면 어떻게 표현할 수 있나요?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F3BE7E6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문제를 만나면 끝까지 원인을 찾아보는 사람입니다.</w:t>
            </w:r>
          </w:p>
          <w:p w14:paraId="783C2709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36B28539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79ADA668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</w:tbl>
    <w:p w14:paraId="4A24E5E2" w14:textId="77777777" w:rsidR="000872ED" w:rsidRPr="00BF6B66" w:rsidRDefault="00000000">
      <w:pPr>
        <w:rPr>
          <w:rFonts w:ascii="한컴 고딕" w:eastAsia="한컴 고딕" w:hAnsi="한컴 고딕"/>
        </w:rPr>
      </w:pPr>
      <w:r>
        <w:rPr>
          <w:rFonts w:ascii="한컴 고딕" w:eastAsia="한컴 고딕" w:hAnsi="한컴 고딕"/>
        </w:rPr>
        <w:br w:type="page"/>
      </w:r>
    </w:p>
    <w:p w14:paraId="0493DE61" w14:textId="77777777" w:rsidR="000872ED" w:rsidRPr="00BF6B66" w:rsidRDefault="00000000">
      <w:pPr>
        <w:spacing w:after="60"/>
        <w:rPr>
          <w:rFonts w:ascii="한컴 고딕" w:eastAsia="한컴 고딕" w:hAnsi="한컴 고딕"/>
        </w:rPr>
      </w:pPr>
      <w:r>
        <w:rPr>
          <w:rFonts w:ascii="한컴 고딕" w:eastAsia="한컴 고딕" w:hAnsi="한컴 고딕"/>
          <w:b/>
          <w:color w:val="1F4E79"/>
          <w:sz w:val="28"/>
        </w:rPr>
        <w:lastRenderedPageBreak/>
        <w:t>3. 성격의 장점 및 보완점</w:t>
      </w:r>
    </w:p>
    <w:p w14:paraId="37C6E975" w14:textId="77777777" w:rsidR="000872ED" w:rsidRPr="00BF6B66" w:rsidRDefault="00000000">
      <w:pPr>
        <w:spacing w:after="12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color w:val="555555"/>
          <w:sz w:val="18"/>
          <w:lang w:eastAsia="ko-KR"/>
        </w:rPr>
        <w:t>장점은 실제 경험으로 증명하고, 보완점은 개선 노력까지 함께 작성해주세요.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953"/>
      </w:tblGrid>
      <w:tr w:rsidR="000872ED" w:rsidRPr="00BF6B66" w14:paraId="61D2AAE7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64F70C83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1. 본인의 성격상 가장 큰 장점은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4A7E3B7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책임감, 꼼꼼함, 소통력, 빠른 실행력, 꾸준함 등</w:t>
            </w:r>
          </w:p>
          <w:p w14:paraId="755F3DCC" w14:textId="77CB578B" w:rsidR="000872ED" w:rsidRPr="00BF6B66" w:rsidRDefault="00BF6B66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 w:hint="eastAsia"/>
                <w:color w:val="BEBEBE"/>
                <w:sz w:val="16"/>
                <w:lang w:eastAsia="ko-KR"/>
              </w:rPr>
              <w:t>-</w:t>
            </w:r>
          </w:p>
        </w:tc>
      </w:tr>
      <w:tr w:rsidR="000872ED" w:rsidRPr="00BF6B66" w14:paraId="38F57C03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69F33A0E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2. 그 장점이 드러난 실제 경험이 있나요?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30718A2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프로젝트, 아르바이트, 이전 직장, 학업·교육 중 경험, 동아리·봉사활동 등</w:t>
            </w:r>
          </w:p>
          <w:p w14:paraId="3248C7C2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2D242D34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FE6E18E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3767F13C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299E4CCF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35D7233A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3CA35EA0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3. 그 장점이 희망 직무를 수행할 때 어떻게 도움이 될 수 있나요?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271EA4D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업무 정확도, 협업, 일정 관리, 결과물 완성도 등과 연결</w:t>
            </w:r>
          </w:p>
          <w:p w14:paraId="4736856E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1A9B7A9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36F79B0C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403EE3B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1BACF032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196F4116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4. 본인이 보완해야 할 점은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C20BABD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발표 긴장, 질문을 늦게 하는 편, 처음 접하는 업무에 적응 시간이 걸림 등</w:t>
            </w:r>
          </w:p>
          <w:p w14:paraId="6EA8C504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B9B1AEB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68649BEF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76BF159C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6BBF86AD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54875EA4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5. 그 보완점을 개선하기 위해 실제로 노력한 방법은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846A76C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질문 정리 후 공유, 매일 학습 기록 작성, 발표 연습, 피드백 요청 등</w:t>
            </w:r>
          </w:p>
          <w:p w14:paraId="7991BF02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6759BBB1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78825AD3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3BE35593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B56CB3C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</w:tbl>
    <w:p w14:paraId="2D9E786F" w14:textId="77777777" w:rsidR="000872ED" w:rsidRPr="00BF6B66" w:rsidRDefault="00000000">
      <w:pPr>
        <w:rPr>
          <w:rFonts w:ascii="한컴 고딕" w:eastAsia="한컴 고딕" w:hAnsi="한컴 고딕"/>
        </w:rPr>
      </w:pPr>
      <w:r>
        <w:rPr>
          <w:rFonts w:ascii="한컴 고딕" w:eastAsia="한컴 고딕" w:hAnsi="한컴 고딕"/>
        </w:rPr>
        <w:br w:type="page"/>
      </w:r>
    </w:p>
    <w:p w14:paraId="337F0F38" w14:textId="77777777" w:rsidR="000872ED" w:rsidRPr="00BF6B66" w:rsidRDefault="00000000">
      <w:pPr>
        <w:spacing w:after="6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b/>
          <w:color w:val="1F4E79"/>
          <w:sz w:val="28"/>
          <w:lang w:eastAsia="ko-KR"/>
        </w:rPr>
        <w:lastRenderedPageBreak/>
        <w:t>4. 팀 활동·협업 성공 및 실패 경험</w:t>
      </w:r>
    </w:p>
    <w:p w14:paraId="2C77A977" w14:textId="77777777" w:rsidR="000872ED" w:rsidRPr="00BF6B66" w:rsidRDefault="00000000">
      <w:pPr>
        <w:spacing w:after="12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color w:val="555555"/>
          <w:sz w:val="18"/>
          <w:lang w:eastAsia="ko-KR"/>
        </w:rPr>
        <w:t>팀 프로젝트, 업무, 동아리, 아르바이트 등 어떤 협업 경험도 좋습니다. 성공 또는 실패 중 하나만 작성해도 되며, 문제 상황, 본인의 행동, 결과, 배운 점이 드러나야 합니다.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953"/>
      </w:tblGrid>
      <w:tr w:rsidR="000872ED" w:rsidRPr="00BF6B66" w14:paraId="3F8B35ED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05AD1712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1. 업무·프로젝트·활동명 또는 주제는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C5AC309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행사 기획, 매장 운영 개선, 고객 만족도 조사, 팀 과제, 쇼핑몰 웹사이트 제작 등</w:t>
            </w:r>
          </w:p>
          <w:p w14:paraId="2A169628" w14:textId="03CDB257" w:rsidR="000872ED" w:rsidRPr="006268D8" w:rsidRDefault="006268D8" w:rsidP="006268D8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 w:hint="eastAsia"/>
                <w:lang w:eastAsia="ko-KR"/>
              </w:rPr>
              <w:t>-</w:t>
            </w:r>
          </w:p>
        </w:tc>
      </w:tr>
      <w:tr w:rsidR="000872ED" w:rsidRPr="00BF6B66" w14:paraId="4F0B3031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5AA0A42E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2. 그 활동에서 본인이 맡은 역할은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FC765CE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기획, 자료 조사, 문서 작성, 고객 응대, 일정 관리, 디자인, 발표, 기능 구현 등</w:t>
            </w:r>
          </w:p>
          <w:p w14:paraId="7F997BA7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3E29C47B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6363849D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7BE36462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D8EEC46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248EA0C1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7B449DD1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3. 활용한 역량·도구는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26748D9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</w:rPr>
              <w:t>예: 엑셀, PPT, 포토샵, 협업 툴, 전문 지식, 장비, 프로그래밍 언어 등</w:t>
            </w:r>
          </w:p>
          <w:p w14:paraId="1F62724B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EC76956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6320C3A9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7AFF05CE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1AD278E2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0EB9DBC4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4. 활동 진행 중 가장 어려웠던 문제는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B30A4E8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업무 오류, 일정 지연, 역할 분담, 의견 충돌, 고객 불만, 목표 미달성 등</w:t>
            </w:r>
          </w:p>
          <w:p w14:paraId="6432FC52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306BDCB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4ABCCB9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4DD97C9E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2B8EA812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27076196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17742E60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5. 그 문제가 발생한 원인은 무엇이라고 생각하나요?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F23DC29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계획 부족, 소통 부족, 경험·지식 부족, 일정 관리 미흡 등</w:t>
            </w:r>
          </w:p>
          <w:p w14:paraId="7DC1EF13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3FDB879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79AA425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297DD08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455AA56C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61377DA0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6. 문제를 해결하기 위해 본인이 직접 한 행동은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8DB3D91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자료 검색, 선배·강사에게 질문, 팀원과 회의, 방식 수정, 역할 재조정 등</w:t>
            </w:r>
          </w:p>
          <w:p w14:paraId="7DD5A05D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77614F0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80DE61F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2842102D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9734AD2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2709FDCF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</w:tbl>
    <w:p w14:paraId="5A9C8DBD" w14:textId="77777777" w:rsidR="006268D8" w:rsidRDefault="006268D8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953"/>
      </w:tblGrid>
      <w:tr w:rsidR="000872ED" w:rsidRPr="00BF6B66" w14:paraId="3A46120D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4188F50E" w14:textId="63554DF5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lastRenderedPageBreak/>
              <w:t>7. 결과는 어떻게 되었나요?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E2DE53D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목표 달성, 발표 성공, 일부 범위 축소, 문제 재발 방지 등</w:t>
            </w:r>
          </w:p>
          <w:p w14:paraId="01C0361F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45E8F863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58DBF7E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79F800DD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79251385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2D2F48A0" w14:textId="3B7C0188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8. 이 경험을 통해 배운 점은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A01FC0B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협업의 중요성, 기록의 필요성, 사전 계획의 중요성, 질문하는 태도 등</w:t>
            </w:r>
          </w:p>
          <w:p w14:paraId="092EE447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66F826B2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8F16FA0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41543BB8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783DF94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3A3EF0F6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1E6ABE98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9. 이 경험이 희망 직무에서 어떤 강점으로 연결된다고 생각하나요?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01E88A4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문제해결력, 협업 태도, 책임감, 학습 능력 등</w:t>
            </w:r>
          </w:p>
          <w:p w14:paraId="2E6CB0A1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AC0DB0C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73A012F4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F04124D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</w:tbl>
    <w:p w14:paraId="1BAED0CE" w14:textId="77777777" w:rsidR="000872ED" w:rsidRPr="00BF6B66" w:rsidRDefault="00000000">
      <w:pPr>
        <w:rPr>
          <w:rFonts w:ascii="한컴 고딕" w:eastAsia="한컴 고딕" w:hAnsi="한컴 고딕"/>
        </w:rPr>
      </w:pPr>
      <w:r>
        <w:rPr>
          <w:rFonts w:ascii="한컴 고딕" w:eastAsia="한컴 고딕" w:hAnsi="한컴 고딕"/>
        </w:rPr>
        <w:br w:type="page"/>
      </w:r>
    </w:p>
    <w:p w14:paraId="1C8D3499" w14:textId="77777777" w:rsidR="000872ED" w:rsidRPr="00BF6B66" w:rsidRDefault="00000000">
      <w:pPr>
        <w:spacing w:after="60"/>
        <w:rPr>
          <w:rFonts w:ascii="한컴 고딕" w:eastAsia="한컴 고딕" w:hAnsi="한컴 고딕"/>
        </w:rPr>
      </w:pPr>
      <w:r>
        <w:rPr>
          <w:rFonts w:ascii="한컴 고딕" w:eastAsia="한컴 고딕" w:hAnsi="한컴 고딕"/>
          <w:b/>
          <w:color w:val="1F4E79"/>
          <w:sz w:val="28"/>
        </w:rPr>
        <w:lastRenderedPageBreak/>
        <w:t>5. 지원동기 및 입사 후 포부</w:t>
      </w:r>
    </w:p>
    <w:p w14:paraId="7027892D" w14:textId="77777777" w:rsidR="000872ED" w:rsidRPr="00BF6B66" w:rsidRDefault="00000000">
      <w:pPr>
        <w:spacing w:after="120"/>
        <w:rPr>
          <w:rFonts w:ascii="한컴 고딕" w:eastAsia="한컴 고딕" w:hAnsi="한컴 고딕"/>
          <w:lang w:eastAsia="ko-KR"/>
        </w:rPr>
      </w:pPr>
      <w:r>
        <w:rPr>
          <w:rFonts w:ascii="한컴 고딕" w:eastAsia="한컴 고딕" w:hAnsi="한컴 고딕"/>
          <w:color w:val="555555"/>
          <w:sz w:val="18"/>
          <w:lang w:eastAsia="ko-KR"/>
        </w:rPr>
        <w:t>회사에 지원하는 이유와 입사 후 성장 방향을 작성하는 항목입니다. 회사별로 수정할 수 있도록 구체적인 내용을 작성해주세요.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953"/>
      </w:tblGrid>
      <w:tr w:rsidR="000872ED" w:rsidRPr="00BF6B66" w14:paraId="1CB78A19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37C67B02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1. 희망 직무를 준비하게 된 계기는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469D8B6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문제를 해결하는 과정이 흥미로움, 사람들에게 도움이 되고 싶음, 전문성을 키우고 싶음 등</w:t>
            </w:r>
          </w:p>
          <w:p w14:paraId="7BABA7EA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355A822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81FD807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48AF3672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4C88C35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1D6FB6C3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4839A771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2. 교육과정이나 이전 경험 중 희망 직무에 흥미를 느낀 순간은 언제였나요?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6D96307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직접 만든 결과물이 완성됐을 때, 고객에게 감사 인사를 받았을 때, 어려운 문제를 해결했을 때 등</w:t>
            </w:r>
          </w:p>
          <w:p w14:paraId="3CB90099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2058CD7E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9D0216F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09F5DD1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4CDEE122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69B7C3A1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61C30F69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3. 지원하고 싶은 회사명 또는 회사 유형은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3330E4E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○○회사, 대기업, 중견·중소기업, 공공기관, 스타트업, 비영리 단체 등</w:t>
            </w:r>
          </w:p>
          <w:p w14:paraId="28B8940A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4C1404F8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370F86EB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0364F55A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49D8E4A9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4. 해당 회사 또는 채용공고에서 인상 깊었던 점은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0C8F3D3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제품·서비스, 담당 업무, 업무 환경, 성장 가능성, 교육 제도, 기업 문화 등</w:t>
            </w:r>
          </w:p>
          <w:p w14:paraId="583EA39E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7617C68D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9290D7B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06F6DDB6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47A4412B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2E14EBDD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5325324B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5. 채용공고의 업무 중 본인이 할 수 있거나 배우고 싶은 업무는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50754B7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고객 응대, 문서 작성, 데이터 관리, 기획·운영, 현장 업무 등</w:t>
            </w:r>
          </w:p>
          <w:p w14:paraId="1549D8C9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4D0E4480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3766C628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7CCCB655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47BD7DC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21CEB065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73A94810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6. 본인의 교육·경력·활동 경험 중 회사 업무와 연결되는 부분은 무엇인가요?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03E724B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협업에서 맡았던 역할, 보유 역량, 관련 직무 경험 등</w:t>
            </w:r>
          </w:p>
          <w:p w14:paraId="36B3710D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D04D658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D9FA08B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4FDEE5A3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351C82B2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49CE668C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3952AF05" w14:textId="012EE941" w:rsidR="000872ED" w:rsidRPr="00BF6B66" w:rsidRDefault="0028628D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 w:hint="eastAsia"/>
                <w:b/>
                <w:sz w:val="18"/>
                <w:lang w:eastAsia="ko-KR"/>
              </w:rPr>
              <w:t>7</w:t>
            </w: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. 1년 이내에 어떤 실무자로 성장하고 싶나요?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4113174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맡은 업무를 안정적으로 수행하는 실무자, 팀에 도움이 되는 신입사원 등</w:t>
            </w:r>
          </w:p>
          <w:p w14:paraId="12A2F26E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03B1DC9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46F267DC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C873378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  <w:tr w:rsidR="000872ED" w:rsidRPr="00BF6B66" w14:paraId="2D748469" w14:textId="77777777">
        <w:trPr>
          <w:jc w:val="center"/>
        </w:trPr>
        <w:tc>
          <w:tcPr>
            <w:tcW w:w="39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EAF2F8"/>
          </w:tcPr>
          <w:p w14:paraId="0E40EE8A" w14:textId="2B535F00" w:rsidR="000872ED" w:rsidRPr="00BF6B66" w:rsidRDefault="0028628D">
            <w:pPr>
              <w:spacing w:after="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 w:hint="eastAsia"/>
                <w:b/>
                <w:sz w:val="18"/>
                <w:lang w:eastAsia="ko-KR"/>
              </w:rPr>
              <w:lastRenderedPageBreak/>
              <w:t>8</w:t>
            </w:r>
            <w:r>
              <w:rPr>
                <w:rFonts w:ascii="한컴 고딕" w:eastAsia="한컴 고딕" w:hAnsi="한컴 고딕"/>
                <w:b/>
                <w:sz w:val="18"/>
                <w:lang w:eastAsia="ko-KR"/>
              </w:rPr>
              <w:t>. 장기적으로 어떤 역량을 가진 전문가가 되고 싶나요?</w:t>
            </w:r>
          </w:p>
        </w:tc>
        <w:tc>
          <w:tcPr>
            <w:tcW w:w="59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C0BEA43" w14:textId="77777777" w:rsidR="000872ED" w:rsidRPr="00BF6B66" w:rsidRDefault="00000000">
            <w:pPr>
              <w:spacing w:after="40"/>
              <w:rPr>
                <w:rFonts w:ascii="한컴 고딕" w:eastAsia="한컴 고딕" w:hAnsi="한컴 고딕"/>
                <w:lang w:eastAsia="ko-KR"/>
              </w:rPr>
            </w:pPr>
            <w:r>
              <w:rPr>
                <w:rFonts w:ascii="한컴 고딕" w:eastAsia="한컴 고딕" w:hAnsi="한컴 고딕"/>
                <w:color w:val="6E6E6E"/>
                <w:sz w:val="16"/>
                <w:lang w:eastAsia="ko-KR"/>
              </w:rPr>
              <w:t>예: 문제해결력, 업무 이해도, 협업 능력, 직무 전문성 등</w:t>
            </w:r>
          </w:p>
          <w:p w14:paraId="20270D25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15300136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6DAB3401" w14:textId="77777777" w:rsidR="000872ED" w:rsidRPr="00F91DBD" w:rsidRDefault="00000000">
            <w:pPr>
              <w:spacing w:after="0"/>
              <w:rPr>
                <w:rFonts w:ascii="한컴 고딕" w:eastAsia="한컴 고딕" w:hAnsi="한컴 고딕"/>
                <w:color w:val="000000" w:themeColor="text1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  <w:p w14:paraId="5BF6FDD4" w14:textId="77777777" w:rsidR="000872ED" w:rsidRPr="00BF6B66" w:rsidRDefault="00000000">
            <w:pPr>
              <w:spacing w:after="0"/>
              <w:rPr>
                <w:rFonts w:ascii="한컴 고딕" w:eastAsia="한컴 고딕" w:hAnsi="한컴 고딕"/>
              </w:rPr>
            </w:pPr>
            <w:r>
              <w:rPr>
                <w:rFonts w:ascii="한컴 고딕" w:eastAsia="한컴 고딕" w:hAnsi="한컴 고딕"/>
                <w:color w:val="000000" w:themeColor="text1"/>
                <w:sz w:val="16"/>
              </w:rPr>
              <w:t>____________________________________________________________</w:t>
            </w:r>
          </w:p>
        </w:tc>
      </w:tr>
    </w:tbl>
    <w:p w14:paraId="2C96B4EA" w14:textId="560A4327" w:rsidR="00BF6B66" w:rsidRPr="00BF6B66" w:rsidRDefault="00BF6B66">
      <w:pPr>
        <w:rPr>
          <w:rFonts w:ascii="한컴 고딕" w:eastAsia="한컴 고딕" w:hAnsi="한컴 고딕"/>
          <w:lang w:eastAsia="ko-KR"/>
        </w:rPr>
      </w:pPr>
    </w:p>
    <w:sectPr w:rsidR="00BF6B66" w:rsidRPr="00BF6B66" w:rsidSect="00034616">
      <w:headerReference w:type="default" r:id="rId8"/>
      <w:footerReference w:type="default" r:id="rId9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BD54B" w14:textId="77777777" w:rsidR="00C8338F" w:rsidRDefault="00C8338F">
      <w:pPr>
        <w:spacing w:after="0" w:line="240" w:lineRule="auto"/>
      </w:pPr>
      <w:r>
        <w:separator/>
      </w:r>
    </w:p>
  </w:endnote>
  <w:endnote w:type="continuationSeparator" w:id="0">
    <w:p w14:paraId="292FD4E4" w14:textId="77777777" w:rsidR="00C8338F" w:rsidRDefault="00C83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 고딕">
    <w:panose1 w:val="02000500000000000000"/>
    <w:charset w:val="81"/>
    <w:family w:val="auto"/>
    <w:pitch w:val="variable"/>
    <w:sig w:usb0="900002A7" w:usb1="39D7F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anumSquare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E62DA" w14:textId="77777777" w:rsidR="000872ED" w:rsidRDefault="00000000">
    <w:pPr>
      <w:pStyle w:val="a6"/>
      <w:jc w:val="center"/>
      <w:rPr>
        <w:lang w:eastAsia="ko-KR"/>
      </w:rPr>
    </w:pPr>
    <w:r>
      <w:rPr>
        <w:color w:val="787878"/>
        <w:sz w:val="16"/>
        <w:lang w:eastAsia="ko-KR"/>
      </w:rPr>
      <w:t>※ 작성한 내용은 자기소개서 초안 작성 및 취업지원 상담 자료로 활용됩니다.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D3335" w14:textId="77777777" w:rsidR="00C8338F" w:rsidRDefault="00C8338F">
      <w:pPr>
        <w:spacing w:after="0" w:line="240" w:lineRule="auto"/>
      </w:pPr>
      <w:r>
        <w:separator/>
      </w:r>
    </w:p>
  </w:footnote>
  <w:footnote w:type="continuationSeparator" w:id="0">
    <w:p w14:paraId="545EE079" w14:textId="77777777" w:rsidR="00C8338F" w:rsidRDefault="00C83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9B870" w14:textId="77777777" w:rsidR="000872ED" w:rsidRDefault="00000000">
    <w:pPr>
      <w:pStyle w:val="a5"/>
      <w:jc w:val="right"/>
      <w:rPr>
        <w:lang w:eastAsia="ko-KR"/>
      </w:rPr>
    </w:pPr>
    <w:r>
      <w:rPr>
        <w:color w:val="787878"/>
        <w:sz w:val="16"/>
        <w:lang w:eastAsia="ko-KR"/>
      </w:rPr>
      <w:t>자기소개서 재료 입력폼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585CA9"/>
    <w:multiLevelType w:val="hybridMultilevel"/>
    <w:tmpl w:val="25E0865C"/>
    <w:lvl w:ilvl="0" w:tplc="991C6452">
      <w:start w:val="3"/>
      <w:numFmt w:val="bullet"/>
      <w:lvlText w:val="-"/>
      <w:lvlJc w:val="left"/>
      <w:pPr>
        <w:ind w:left="800" w:hanging="360"/>
      </w:pPr>
      <w:rPr>
        <w:rFonts w:ascii="한컴 고딕" w:eastAsia="한컴 고딕" w:hAnsi="한컴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287C49E8"/>
    <w:multiLevelType w:val="hybridMultilevel"/>
    <w:tmpl w:val="73EA47FC"/>
    <w:lvl w:ilvl="0" w:tplc="7194B21C">
      <w:start w:val="1"/>
      <w:numFmt w:val="bullet"/>
      <w:lvlText w:val="-"/>
      <w:lvlJc w:val="left"/>
      <w:pPr>
        <w:ind w:left="800" w:hanging="360"/>
      </w:pPr>
      <w:rPr>
        <w:rFonts w:ascii="한컴 고딕" w:eastAsia="한컴 고딕" w:hAnsi="한컴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3A243D7E"/>
    <w:multiLevelType w:val="hybridMultilevel"/>
    <w:tmpl w:val="1598B2F8"/>
    <w:lvl w:ilvl="0" w:tplc="CF9E5F14">
      <w:start w:val="6"/>
      <w:numFmt w:val="bullet"/>
      <w:lvlText w:val="-"/>
      <w:lvlJc w:val="left"/>
      <w:pPr>
        <w:ind w:left="800" w:hanging="360"/>
      </w:pPr>
      <w:rPr>
        <w:rFonts w:ascii="한컴 고딕" w:eastAsia="한컴 고딕" w:hAnsi="한컴 고딕" w:cstheme="minorBidi" w:hint="eastAsia"/>
        <w:color w:val="BEBEBE"/>
        <w:sz w:val="1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3A2E4179"/>
    <w:multiLevelType w:val="hybridMultilevel"/>
    <w:tmpl w:val="A202CB20"/>
    <w:lvl w:ilvl="0" w:tplc="D5940874">
      <w:start w:val="2"/>
      <w:numFmt w:val="bullet"/>
      <w:lvlText w:val="-"/>
      <w:lvlJc w:val="left"/>
      <w:pPr>
        <w:ind w:left="800" w:hanging="360"/>
      </w:pPr>
      <w:rPr>
        <w:rFonts w:ascii="한컴 고딕" w:eastAsia="한컴 고딕" w:hAnsi="한컴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215435691">
    <w:abstractNumId w:val="8"/>
  </w:num>
  <w:num w:numId="2" w16cid:durableId="713697854">
    <w:abstractNumId w:val="6"/>
  </w:num>
  <w:num w:numId="3" w16cid:durableId="1718165758">
    <w:abstractNumId w:val="5"/>
  </w:num>
  <w:num w:numId="4" w16cid:durableId="1593775578">
    <w:abstractNumId w:val="4"/>
  </w:num>
  <w:num w:numId="5" w16cid:durableId="1718317020">
    <w:abstractNumId w:val="7"/>
  </w:num>
  <w:num w:numId="6" w16cid:durableId="2087072009">
    <w:abstractNumId w:val="3"/>
  </w:num>
  <w:num w:numId="7" w16cid:durableId="1306546214">
    <w:abstractNumId w:val="2"/>
  </w:num>
  <w:num w:numId="8" w16cid:durableId="846020484">
    <w:abstractNumId w:val="1"/>
  </w:num>
  <w:num w:numId="9" w16cid:durableId="1331449526">
    <w:abstractNumId w:val="0"/>
  </w:num>
  <w:num w:numId="10" w16cid:durableId="215702361">
    <w:abstractNumId w:val="10"/>
  </w:num>
  <w:num w:numId="11" w16cid:durableId="2032795790">
    <w:abstractNumId w:val="12"/>
  </w:num>
  <w:num w:numId="12" w16cid:durableId="637876362">
    <w:abstractNumId w:val="9"/>
  </w:num>
  <w:num w:numId="13" w16cid:durableId="6216884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2ED"/>
    <w:rsid w:val="0015074B"/>
    <w:rsid w:val="001B39A7"/>
    <w:rsid w:val="0028628D"/>
    <w:rsid w:val="0029639D"/>
    <w:rsid w:val="00326F90"/>
    <w:rsid w:val="0033306B"/>
    <w:rsid w:val="004360AC"/>
    <w:rsid w:val="00564778"/>
    <w:rsid w:val="006268D8"/>
    <w:rsid w:val="00AA1D8D"/>
    <w:rsid w:val="00B47730"/>
    <w:rsid w:val="00BF6B66"/>
    <w:rsid w:val="00C8338F"/>
    <w:rsid w:val="00CB0664"/>
    <w:rsid w:val="00EA5107"/>
    <w:rsid w:val="00F91DBD"/>
    <w:rsid w:val="00FC070F"/>
    <w:rsid w:val="00FC693F"/>
    <w:rsid w:val="00FF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5BCB62"/>
  <w14:defaultImageDpi w14:val="300"/>
  <w15:docId w15:val="{5EE15A57-DC7A-4079-92CF-D5EF79C4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anumSquare" w:eastAsia="NanumSquare" w:hAnsi="NanumSquare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sdedu</cp:lastModifiedBy>
  <cp:revision>7</cp:revision>
  <dcterms:created xsi:type="dcterms:W3CDTF">2013-12-23T23:15:00Z</dcterms:created>
  <dcterms:modified xsi:type="dcterms:W3CDTF">2026-06-15T07:32:00Z</dcterms:modified>
  <cp:category/>
</cp:coreProperties>
</file>